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B0420" w14:textId="77777777" w:rsidR="006C089B" w:rsidRDefault="00113236">
      <w:pPr>
        <w:spacing w:after="0" w:line="240" w:lineRule="auto"/>
        <w:jc w:val="center"/>
      </w:pPr>
      <w:r>
        <w:rPr>
          <w:b/>
        </w:rPr>
        <w:t>CỘNG HÒA XÃ HỘI CHỦ NGHĨA VIỆT NAM</w:t>
      </w:r>
    </w:p>
    <w:p w14:paraId="70BA1843" w14:textId="77777777" w:rsidR="006C089B" w:rsidRDefault="00113236">
      <w:pPr>
        <w:spacing w:after="80" w:line="240" w:lineRule="auto"/>
        <w:jc w:val="center"/>
      </w:pPr>
      <w:r>
        <w:rPr>
          <w:b/>
          <w:u w:val="single"/>
        </w:rPr>
        <w:t>Độc lập - Tự do - Hạnh phúc</w:t>
      </w:r>
    </w:p>
    <w:p w14:paraId="2E41BDF9" w14:textId="77777777" w:rsidR="006C089B" w:rsidRDefault="00113236">
      <w:pPr>
        <w:spacing w:before="80" w:after="80" w:line="240" w:lineRule="auto"/>
        <w:jc w:val="center"/>
      </w:pPr>
      <w:r>
        <w:rPr>
          <w:b/>
          <w:sz w:val="28"/>
        </w:rPr>
        <w:t>ĐƠN ĐỀ NGHỊ XIN HỌC LẠI</w:t>
      </w:r>
    </w:p>
    <w:p w14:paraId="2B21C835" w14:textId="77777777" w:rsidR="006C089B" w:rsidRDefault="00113236">
      <w:pPr>
        <w:spacing w:after="120" w:line="240" w:lineRule="auto"/>
        <w:jc w:val="center"/>
      </w:pPr>
      <w:r>
        <w:rPr>
          <w:b/>
        </w:rPr>
        <w:t>Kính gửi: Hiệu trưởng Trường THPT Cần Đước.</w:t>
      </w:r>
    </w:p>
    <w:p w14:paraId="4A0A6F6C" w14:textId="67FC5981" w:rsidR="006C089B" w:rsidRDefault="00113236" w:rsidP="00216FC0">
      <w:pPr>
        <w:spacing w:after="0"/>
        <w:ind w:firstLine="567"/>
      </w:pPr>
      <w:r>
        <w:t xml:space="preserve">Em tên là: </w:t>
      </w:r>
      <w:r w:rsidR="00216FC0">
        <w:t>….</w:t>
      </w:r>
    </w:p>
    <w:p w14:paraId="0D6157BB" w14:textId="7B2E91C4" w:rsidR="006C089B" w:rsidRDefault="00113236" w:rsidP="00216FC0">
      <w:pPr>
        <w:spacing w:after="0"/>
        <w:ind w:firstLine="567"/>
      </w:pPr>
      <w:r>
        <w:t xml:space="preserve">Ngày, tháng, năm sinh: </w:t>
      </w:r>
      <w:r w:rsidR="00216FC0">
        <w:t>….</w:t>
      </w:r>
    </w:p>
    <w:p w14:paraId="6A6F5E13" w14:textId="761282AC" w:rsidR="006C089B" w:rsidRDefault="00113236" w:rsidP="00216FC0">
      <w:pPr>
        <w:spacing w:after="0"/>
        <w:ind w:firstLine="567"/>
      </w:pPr>
      <w:r>
        <w:t xml:space="preserve">Số định danh cá nhân/CCCD: </w:t>
      </w:r>
      <w:r w:rsidR="00216FC0">
        <w:t>….</w:t>
      </w:r>
    </w:p>
    <w:p w14:paraId="4D78E122" w14:textId="360266BC" w:rsidR="006C089B" w:rsidRDefault="00113236" w:rsidP="00216FC0">
      <w:pPr>
        <w:spacing w:after="0"/>
        <w:ind w:firstLine="567"/>
      </w:pPr>
      <w:r>
        <w:t xml:space="preserve">Nơi cư trú hiện nay: </w:t>
      </w:r>
      <w:r w:rsidR="00216FC0">
        <w:t>…….</w:t>
      </w:r>
    </w:p>
    <w:p w14:paraId="3161B436" w14:textId="1E0C1547" w:rsidR="006C089B" w:rsidRDefault="00113236" w:rsidP="00216FC0">
      <w:pPr>
        <w:spacing w:after="0"/>
        <w:ind w:firstLine="567"/>
      </w:pPr>
      <w:r>
        <w:t xml:space="preserve">Họ và tên cha/mẹ/người giám hộ: </w:t>
      </w:r>
      <w:r w:rsidR="00216FC0">
        <w:t>……</w:t>
      </w:r>
    </w:p>
    <w:p w14:paraId="0C4B53D0" w14:textId="784F70CD" w:rsidR="006C089B" w:rsidRDefault="00113236" w:rsidP="00216FC0">
      <w:pPr>
        <w:spacing w:after="0"/>
        <w:ind w:firstLine="567"/>
      </w:pPr>
      <w:r>
        <w:t xml:space="preserve">Số điện thoại liên hệ: </w:t>
      </w:r>
      <w:r w:rsidR="00216FC0">
        <w:t>……</w:t>
      </w:r>
    </w:p>
    <w:p w14:paraId="40DAFE05" w14:textId="6734A660" w:rsidR="006C089B" w:rsidRDefault="00113236" w:rsidP="00216FC0">
      <w:pPr>
        <w:spacing w:after="0"/>
        <w:ind w:firstLine="567"/>
      </w:pPr>
      <w:r>
        <w:t>Trước đây, em là học sinh lớp: ........................., năm học:..........................................</w:t>
      </w:r>
    </w:p>
    <w:p w14:paraId="2C4FED25" w14:textId="77777777" w:rsidR="006C089B" w:rsidRDefault="00113236" w:rsidP="00216FC0">
      <w:pPr>
        <w:spacing w:after="0"/>
        <w:ind w:firstLine="567"/>
      </w:pPr>
      <w:r>
        <w:t>tại Trường THPT Cần Đước.</w:t>
      </w:r>
    </w:p>
    <w:p w14:paraId="11496A6D" w14:textId="40C7F56B" w:rsidR="006C089B" w:rsidRDefault="00113236" w:rsidP="00216FC0">
      <w:pPr>
        <w:spacing w:after="0"/>
        <w:ind w:firstLine="567"/>
      </w:pPr>
      <w:r>
        <w:t xml:space="preserve">Lý do nghỉ học: </w:t>
      </w:r>
    </w:p>
    <w:p w14:paraId="4884A419" w14:textId="69DF90EE" w:rsidR="006C089B" w:rsidRDefault="00113236" w:rsidP="00216FC0">
      <w:pPr>
        <w:spacing w:after="0"/>
        <w:ind w:firstLine="567"/>
      </w:pPr>
      <w:r>
        <w:t>.......................................................................................................................................</w:t>
      </w:r>
    </w:p>
    <w:p w14:paraId="23983E62" w14:textId="77777777" w:rsidR="006C089B" w:rsidRDefault="00113236" w:rsidP="00216FC0">
      <w:pPr>
        <w:spacing w:after="0"/>
        <w:ind w:firstLine="567"/>
      </w:pPr>
      <w:r>
        <w:t>Thời gian nghỉ học: từ ngày ........ tháng ........ năm ........ đến nay.</w:t>
      </w:r>
    </w:p>
    <w:p w14:paraId="229DED47" w14:textId="77777777" w:rsidR="006C089B" w:rsidRDefault="00113236" w:rsidP="00216FC0">
      <w:pPr>
        <w:spacing w:after="0"/>
        <w:ind w:firstLine="567"/>
        <w:jc w:val="both"/>
      </w:pPr>
      <w:r>
        <w:t>Hiện nay, điều kiện của bản thân và gia đình đã ổn định, em có nguyện vọng được tiếp tục học tập để hoàn thành chương trình giáo dục phổ thông.</w:t>
      </w:r>
    </w:p>
    <w:p w14:paraId="1FA46EB3" w14:textId="77777777" w:rsidR="006C089B" w:rsidRDefault="00113236" w:rsidP="00216FC0">
      <w:pPr>
        <w:spacing w:after="0"/>
        <w:ind w:firstLine="567"/>
        <w:jc w:val="both"/>
      </w:pPr>
      <w:r>
        <w:t>Vì vậy, em làm đơn này kính đề nghị Hiệu trưởng Trường THPT Cần Đước xem xét, tạo điều kiện cho em được học lại tại trường từ năm học ............................, theo lớp phù hợp với kết quả học tập, hồ sơ học sinh và các quy định hiện hành.</w:t>
      </w:r>
    </w:p>
    <w:p w14:paraId="02377B75" w14:textId="77777777" w:rsidR="006C089B" w:rsidRDefault="00113236" w:rsidP="00216FC0">
      <w:pPr>
        <w:spacing w:after="0"/>
        <w:ind w:firstLine="567"/>
        <w:jc w:val="both"/>
      </w:pPr>
      <w:r>
        <w:t>Nếu được nhà trường chấp thuận, em xin cam kết thực hiện nghiêm túc nội quy, quy định của nhà trường; tích cực học tập, rèn luyện và hoàn thành đầy đủ các nhiệm vụ của học sinh.</w:t>
      </w:r>
    </w:p>
    <w:p w14:paraId="2587F459" w14:textId="77777777" w:rsidR="006C089B" w:rsidRDefault="00113236" w:rsidP="00216FC0">
      <w:pPr>
        <w:spacing w:after="0"/>
        <w:ind w:firstLine="567"/>
        <w:jc w:val="both"/>
      </w:pPr>
      <w:r>
        <w:t>Kính mong Hiệu trưởng xem xét, giải quyết. Em xin trân trọng cảm ơn!</w:t>
      </w:r>
    </w:p>
    <w:p w14:paraId="6BB5C0B1" w14:textId="77777777" w:rsidR="006C089B" w:rsidRDefault="00113236" w:rsidP="00216FC0">
      <w:pPr>
        <w:spacing w:before="80" w:after="80"/>
        <w:jc w:val="right"/>
      </w:pPr>
      <w:r>
        <w:rPr>
          <w:i/>
        </w:rPr>
        <w:t>Cần Đước, ngày ...... tháng ...... năm ........</w:t>
      </w:r>
    </w:p>
    <w:tbl>
      <w:tblPr>
        <w:tblW w:w="0" w:type="auto"/>
        <w:jc w:val="center"/>
        <w:tblLayout w:type="fixed"/>
        <w:tblLook w:val="04A0" w:firstRow="1" w:lastRow="0" w:firstColumn="1" w:lastColumn="0" w:noHBand="0" w:noVBand="1"/>
      </w:tblPr>
      <w:tblGrid>
        <w:gridCol w:w="4702"/>
        <w:gridCol w:w="4702"/>
      </w:tblGrid>
      <w:tr w:rsidR="006C089B" w14:paraId="1CE2ABD3" w14:textId="77777777">
        <w:trPr>
          <w:jc w:val="center"/>
        </w:trPr>
        <w:tc>
          <w:tcPr>
            <w:tcW w:w="4702" w:type="dxa"/>
            <w:tcBorders>
              <w:top w:val="nil"/>
              <w:left w:val="nil"/>
              <w:bottom w:val="nil"/>
              <w:right w:val="nil"/>
            </w:tcBorders>
          </w:tcPr>
          <w:p w14:paraId="36AE2649" w14:textId="77777777" w:rsidR="006C089B" w:rsidRDefault="00113236" w:rsidP="00216FC0">
            <w:pPr>
              <w:spacing w:after="0"/>
              <w:jc w:val="center"/>
            </w:pPr>
            <w:r>
              <w:rPr>
                <w:b/>
              </w:rPr>
              <w:t>CHA/MẸ/NGƯỜI GIÁM HỘ</w:t>
            </w:r>
          </w:p>
          <w:p w14:paraId="51FF8C38" w14:textId="77777777" w:rsidR="006C089B" w:rsidRDefault="00113236" w:rsidP="00216FC0">
            <w:pPr>
              <w:spacing w:after="0"/>
              <w:jc w:val="center"/>
            </w:pPr>
            <w:r>
              <w:rPr>
                <w:i/>
                <w:sz w:val="24"/>
              </w:rPr>
              <w:t>(Ký, ghi rõ họ tên)</w:t>
            </w:r>
          </w:p>
          <w:p w14:paraId="53B3280B" w14:textId="77777777" w:rsidR="006C089B" w:rsidRDefault="006C089B" w:rsidP="00216FC0">
            <w:pPr>
              <w:spacing w:after="0"/>
              <w:jc w:val="center"/>
            </w:pPr>
          </w:p>
          <w:p w14:paraId="1B1416D3" w14:textId="7B9E0668" w:rsidR="006C089B" w:rsidRDefault="006C089B" w:rsidP="00216FC0">
            <w:pPr>
              <w:spacing w:after="0"/>
              <w:jc w:val="center"/>
            </w:pPr>
          </w:p>
          <w:p w14:paraId="7868D092" w14:textId="77777777" w:rsidR="00216FC0" w:rsidRDefault="00216FC0" w:rsidP="00216FC0">
            <w:pPr>
              <w:spacing w:after="0"/>
              <w:jc w:val="center"/>
            </w:pPr>
          </w:p>
          <w:p w14:paraId="6CBC548C" w14:textId="77777777" w:rsidR="006C089B" w:rsidRDefault="00113236" w:rsidP="00216FC0">
            <w:pPr>
              <w:spacing w:after="0"/>
              <w:jc w:val="center"/>
            </w:pPr>
            <w:r>
              <w:t>........................................................</w:t>
            </w:r>
          </w:p>
        </w:tc>
        <w:tc>
          <w:tcPr>
            <w:tcW w:w="4702" w:type="dxa"/>
            <w:tcBorders>
              <w:top w:val="nil"/>
              <w:left w:val="nil"/>
              <w:bottom w:val="nil"/>
              <w:right w:val="nil"/>
            </w:tcBorders>
          </w:tcPr>
          <w:p w14:paraId="10046C08" w14:textId="77777777" w:rsidR="006C089B" w:rsidRDefault="00113236" w:rsidP="00216FC0">
            <w:pPr>
              <w:spacing w:after="0"/>
              <w:jc w:val="center"/>
            </w:pPr>
            <w:r>
              <w:rPr>
                <w:b/>
              </w:rPr>
              <w:t>NGƯỜI LÀM ĐƠN</w:t>
            </w:r>
          </w:p>
          <w:p w14:paraId="14B13B69" w14:textId="77777777" w:rsidR="006C089B" w:rsidRDefault="00113236" w:rsidP="00216FC0">
            <w:pPr>
              <w:spacing w:after="0"/>
              <w:jc w:val="center"/>
            </w:pPr>
            <w:r>
              <w:rPr>
                <w:i/>
                <w:sz w:val="24"/>
              </w:rPr>
              <w:t>(Ký, ghi rõ họ tên)</w:t>
            </w:r>
          </w:p>
          <w:p w14:paraId="6E40F013" w14:textId="68165691" w:rsidR="006C089B" w:rsidRDefault="006C089B" w:rsidP="00216FC0">
            <w:pPr>
              <w:spacing w:after="0"/>
              <w:jc w:val="center"/>
            </w:pPr>
          </w:p>
          <w:p w14:paraId="3C03D750" w14:textId="77777777" w:rsidR="00216FC0" w:rsidRDefault="00216FC0" w:rsidP="00216FC0">
            <w:pPr>
              <w:spacing w:after="0"/>
              <w:jc w:val="center"/>
            </w:pPr>
          </w:p>
          <w:p w14:paraId="4C470D4D" w14:textId="77777777" w:rsidR="006C089B" w:rsidRDefault="006C089B" w:rsidP="00216FC0">
            <w:pPr>
              <w:spacing w:after="0"/>
              <w:jc w:val="center"/>
            </w:pPr>
          </w:p>
          <w:p w14:paraId="5CD61B50" w14:textId="77777777" w:rsidR="006C089B" w:rsidRDefault="00113236" w:rsidP="00216FC0">
            <w:pPr>
              <w:spacing w:after="0"/>
              <w:jc w:val="center"/>
            </w:pPr>
            <w:r>
              <w:t>........................................................</w:t>
            </w:r>
          </w:p>
        </w:tc>
      </w:tr>
    </w:tbl>
    <w:p w14:paraId="7D56C383" w14:textId="524EF21D" w:rsidR="00216FC0" w:rsidRDefault="00216FC0" w:rsidP="00216FC0">
      <w:pPr>
        <w:jc w:val="center"/>
        <w:rPr>
          <w:b/>
          <w:bCs/>
          <w:u w:val="single"/>
        </w:rPr>
      </w:pPr>
      <w:r>
        <w:rPr>
          <w:b/>
          <w:bCs/>
          <w:u w:val="single"/>
        </w:rPr>
        <w:t>DUYỆT CỦA HIỆU TRƯỞNG</w:t>
      </w:r>
    </w:p>
    <w:p w14:paraId="43DF0006" w14:textId="77777777" w:rsidR="00216FC0" w:rsidRDefault="00216FC0">
      <w:pPr>
        <w:rPr>
          <w:b/>
          <w:bCs/>
          <w:u w:val="single"/>
        </w:rPr>
      </w:pPr>
    </w:p>
    <w:p w14:paraId="68949B1D" w14:textId="711337A2" w:rsidR="00216FC0" w:rsidRDefault="00216FC0">
      <w:pPr>
        <w:rPr>
          <w:b/>
          <w:bCs/>
          <w:u w:val="single"/>
        </w:rPr>
      </w:pPr>
    </w:p>
    <w:p w14:paraId="094A2369" w14:textId="77777777" w:rsidR="00113236" w:rsidRDefault="00113236">
      <w:pPr>
        <w:rPr>
          <w:b/>
          <w:bCs/>
          <w:u w:val="single"/>
        </w:rPr>
      </w:pPr>
    </w:p>
    <w:p w14:paraId="3EE67660" w14:textId="4E14A09E" w:rsidR="00F1437D" w:rsidRPr="00216FC0" w:rsidRDefault="00216FC0">
      <w:pPr>
        <w:rPr>
          <w:b/>
          <w:bCs/>
          <w:u w:val="single"/>
        </w:rPr>
      </w:pPr>
      <w:r w:rsidRPr="00216FC0">
        <w:rPr>
          <w:b/>
          <w:bCs/>
          <w:u w:val="single"/>
        </w:rPr>
        <w:t>Hồ sơ đính kèm</w:t>
      </w:r>
    </w:p>
    <w:p w14:paraId="2EAA93CC" w14:textId="28538830" w:rsidR="00216FC0" w:rsidRDefault="00216FC0" w:rsidP="00216FC0">
      <w:pPr>
        <w:pStyle w:val="ListParagraph"/>
        <w:numPr>
          <w:ilvl w:val="0"/>
          <w:numId w:val="10"/>
        </w:numPr>
      </w:pPr>
      <w:r>
        <w:t>Đơn xin bảo lưu kết quả học tập đã được duyệt</w:t>
      </w:r>
    </w:p>
    <w:p w14:paraId="279C55E8" w14:textId="1ADB8B13" w:rsidR="00216FC0" w:rsidRDefault="00216FC0" w:rsidP="00216FC0">
      <w:pPr>
        <w:pStyle w:val="ListParagraph"/>
        <w:numPr>
          <w:ilvl w:val="0"/>
          <w:numId w:val="10"/>
        </w:numPr>
      </w:pPr>
      <w:r>
        <w:t>Giấy xác nhận không vi phạm pháp luật tại địa phương trong thời gian nghỉ học</w:t>
      </w:r>
    </w:p>
    <w:sectPr w:rsidR="00216FC0" w:rsidSect="00216FC0">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C7E754E"/>
    <w:multiLevelType w:val="hybridMultilevel"/>
    <w:tmpl w:val="4198F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9658758">
    <w:abstractNumId w:val="8"/>
  </w:num>
  <w:num w:numId="2" w16cid:durableId="1457218805">
    <w:abstractNumId w:val="6"/>
  </w:num>
  <w:num w:numId="3" w16cid:durableId="1288464040">
    <w:abstractNumId w:val="5"/>
  </w:num>
  <w:num w:numId="4" w16cid:durableId="1047413284">
    <w:abstractNumId w:val="4"/>
  </w:num>
  <w:num w:numId="5" w16cid:durableId="535391860">
    <w:abstractNumId w:val="7"/>
  </w:num>
  <w:num w:numId="6" w16cid:durableId="739718542">
    <w:abstractNumId w:val="3"/>
  </w:num>
  <w:num w:numId="7" w16cid:durableId="1862546642">
    <w:abstractNumId w:val="2"/>
  </w:num>
  <w:num w:numId="8" w16cid:durableId="259339001">
    <w:abstractNumId w:val="1"/>
  </w:num>
  <w:num w:numId="9" w16cid:durableId="702755713">
    <w:abstractNumId w:val="0"/>
  </w:num>
  <w:num w:numId="10" w16cid:durableId="11049616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3236"/>
    <w:rsid w:val="0015074B"/>
    <w:rsid w:val="00216FC0"/>
    <w:rsid w:val="0029639D"/>
    <w:rsid w:val="00326F90"/>
    <w:rsid w:val="00364D7F"/>
    <w:rsid w:val="00622234"/>
    <w:rsid w:val="006C089B"/>
    <w:rsid w:val="00AA1D8D"/>
    <w:rsid w:val="00B47730"/>
    <w:rsid w:val="00CB0664"/>
    <w:rsid w:val="00F1437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28B122"/>
  <w14:defaultImageDpi w14:val="300"/>
  <w15:docId w15:val="{E441D01A-03F5-40A2-858A-453032F27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Đơn đề nghị xin học lại - Trường THPT Cần Đước</vt:lpstr>
    </vt:vector>
  </TitlesOfParts>
  <Manager/>
  <Company/>
  <LinksUpToDate>false</LinksUpToDate>
  <CharactersWithSpaces>1689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Đơn đề nghị xin học lại - Trường THPT Cần Đước</dc:title>
  <dc:subject/>
  <dc:creator>Trường THPT Cần Đước</dc:creator>
  <cp:keywords/>
  <dc:description>generated by python-docx</dc:description>
  <cp:lastModifiedBy>User</cp:lastModifiedBy>
  <cp:revision>2</cp:revision>
  <dcterms:created xsi:type="dcterms:W3CDTF">2026-09-15T04:25:00Z</dcterms:created>
  <dcterms:modified xsi:type="dcterms:W3CDTF">2026-09-15T04:25:00Z</dcterms:modified>
  <cp:category/>
</cp:coreProperties>
</file>